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השלום בין ישראל למצרים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הסכם השלום בין ישראל למצרים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אילו התחייבויות היו של ישראל, של מצרים או של שתי המדינות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במשמעות היציבות של ההסכם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אנואר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1979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 התחייב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(שתי המדינות)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(שתי המדינות)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ההסכם כלל סעיף מפורש על סיום מצב המלחמה.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הקמת יחסים דיפלומטיים כללה גם החלפת שגרירים.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חיל האוויר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הרצף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חתימה על הסכמי קמפ דייוויד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חתימת חוזה השלום בין ישראל למצרים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השלמת הנסיגה המלאה מסיני עד 1982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למחשבה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ציפיית תלמיד/ה לציין למשל סיני, תעלת סואץ או ים 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נסיגה מסיני (ישראל) והכרה דיפלומטית (מצרים)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לכך שזה היה הסכם השלום הראשון בין ישראל למדינה ערבית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במפה הסכמטית כדי להמחיש את המיקומים לפני תרגיל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בכיתה על ההבדל בין שלום פורמלי לשלום חם, בעזרת שאלות הדיון שבסוף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השלום בין ישראל למצרים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דף זה עוסק בהסכם השלום בין ישראל למצרים משנת 1979, בתהליך שהוביל אליו ובתניות המרכזיות שבו: אילו שטחים וגבולות עוגנו בהסכם, ומי התחייב למה.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1979  ·  חיל האוויר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חתם על הסכם השלום מטעם מצרים?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אנואר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חוסני מובארכ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גמאל עבד אלנאצר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שנה נחתם חוזה השלום בין ישראל למצרים?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1973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1979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מי התחייב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הכרה בישראל וכינון יחסים דיפלומטיים מלאים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פינוי יישובים ובסיסי חיל האוויר מסיני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שתי המדינות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נסיגה מלאה מחצי האי סיני עד 1982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שתי המדינות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קשרי מסחר, תיירות ותרבות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ההסכם קבע סיום מוחלט של מצב המלחמה בין ישראל למצרים.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ההסכם כלל החלפת שגרירים בין המדינות.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חוזה השלום בין ישראל למצרים נחתם בשנת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ישראל התחייבה לפנות את היישובים ואת בסיסי __________ בסיני.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הרצף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השלמת הנסיגה המלאה מסיני עד 1982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חתימה על הסכמי קמפ דייוויד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חתימת חוזה השלום בין ישראל למצרים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למחשבה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שטחים או ימים שמוזכרים בחוזה השלום?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להתחייבות של ישראל ואחת של מצרים.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השלום בין ישראל למצרים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