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בין ישראל למצרים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הסכם השלום בין ישראל למצרים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התחייבויות היו של ישראל, של מצרים או של שתי המדינות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במשמעות היציבות של ההסכם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נשיא 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לשמור על ביצוע ההסכם וההגבלות הצבאיות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התחייב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(שתי המדינות)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(שתי המדינות)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(שתי המדינות)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ההסכם כלל סעיף מפורש על סיום מצב המלחמה.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ישראל התחייבה לנסיגה מלאה ולפינוי כוחותיה מסיני.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הקמת יחסים דיפלומטיים כללה גם החלפת שגרירים.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ההסכם הבטיח מעבר חופשי לאוניות ישראליות בתעלה.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נקבע בסעיפי יישוב הסכסוכים בהסכם.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ג'ימי קרטר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חיל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גבול 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בינלאומי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חתימה על 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חתימת חוזה השלום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נסיגת ישראל מסיני בשלבים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השלמת הנסיגה המלאה מסיני עד 1982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לקיום יחסים דיפלומטיים פעילים, סחר ותיירות, שיתוף פעולה לאורך זמן, והיעדר עימותים צבאיים.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ציפיית תלמיד/ה לציין למשל סיני, תעלת סואץ או ים 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נסיגה מסיני (ישראל) והכרה דיפלומטית (מצרים)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לכך שזה היה הסכם השלום הראשון בין ישראל למדינה ערבית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הסכמטית כדי להמחיש את המיקומים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על ההבדל בין שלום פורמלי לשלום חם, בעזרת שאלות הדיון שבסוף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בין ישראל למצרים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השלום בין ישראל למצרים. נבדוק מי הבטיח מה, ואילו מקומות מוזכרים בהסכם.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בין מדינות שמסיים מצב מלחמה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נסיגה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פינוי שטח והחזרתו למדינה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דמיליטריזציה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הגבלת נוכחות צבאית באזור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שליטה מלאה של מדינה על שטח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יחסים דיפלומטיים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קשרים רשמיים בין מדינות, כולל שגרירים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בינלאומי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חיילים ממדינות שונות ששומרים על קיום הסכם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גבול בינלאומי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מוסכם המפריד בין שטחי 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נשיא מצרים שחתם על ההסכם?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בוטרוס בוטרוס גאלי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נחתם ההסכם?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שטח קיבלה מצרים בחזרה?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עזר לשני הצדדים להגיע להסכם?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האיחוד האירופי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הוצב כוח בינלאומי בסיני?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ביצוע ההסכם וההגבלות הצבאיות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לנהל את מסחר הנפט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להפעיל את תעלת סואץ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לפקח על התיירות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התחייב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הכרה בישראל וכינון 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מעבר חופשי לאוניות ישראליות בתעלת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המדינות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פינוי יישובים ובסיסי חיל האוויר מסיני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הגבלת כוחות צבאיים בסיני והצבת כוח 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שתי המדינות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נסיגה מלאה מחצי האי סיני עד 1982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קשרי מסחר, תיירות ותרבות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שתי המדינות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ההסכם קבע סיום מוחלט של מצב המלחמה בין ישראל למצרים.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ההסכם, ישראל שמרה על נוכחות צבאית קבועה בכל שטח סיני.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ההסכם כלל החלפת שגרירים בין המדינות.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תעלת סואץ נשארה סגורה לשייט ישראלי גם לאחר ההסכם.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ההסכם קבע שמחלוקות עתידיות ייפתרו במשא ומתן או בבוררות.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חוזה השלום בין ישראל למצרים נחתם בשנת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הנשיא האמריקאי שתיווך בשיחות קמפ דייוויד נקרא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ישראל התחייבה לפנות את היישובים ואת בסיסי __________ בסיני.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הגבול בין ישראל למצרים נקבע כ __________ קבוע.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הכוח שהוצב בסיני לשמירה על ההסכם נקרא כוח 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השלמת הנסיגה המלאה מסיני עד 1982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 על הסכמי קמפ דייוויד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חתימת חוזה השלום בין ישראל למצרים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נסיגת ישראל מסיני בשלבים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מהם, לדעתכם/ן, הסימנים שמעידים על 'שלום יציב' לעומת 'שלום קר' בין מדינות? נמקו בעזרת שני טיעונים הקשורים להסכם עם מצרים.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שטחים או ימים שמוזכרים בחוזה השלום?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להתחייבות של ישראל ואחת של מצרים.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ההסכם נחשב לאבן דרך בתולדות המזרח התיכון?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השלום בין ישראל למצרים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